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בדרכים ולהציע פתרונות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תחת לחץ חברתי בנושא 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מושגי יסוד בבטיחות הולכי רגל, רוכבים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לבקש ממבוגר לעזור או לחכות שהכביש יתפנה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לרוץ ולחכות לאוטובוס הבא או לחצות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נהגים לא תמיד מצפים להולכי רגל שם וזה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לבקש מהמבוגר עזרה לתקן או לשבת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בגדים בהירים או מחזירי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מורידים את העוצמה או מסירים כדי לשמוע את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חוזרים לקחת קסדה או דוחים את הרכיבה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לחכות לירוק כי זה מלמד הרגל בטוח גם כשקשה לראות 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לא בטוח ולרוב אסור על פי חוק - קורקינט מיועד לרוכב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לחצות בריכוז מלא ולבדוק טלפון רק אחרי שמגיעים לצד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בטיחות חשובה יותר מנימוס, אפשר להעיר בעדינות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תקופת הליווי כוללת הגבלות ברורות שנועדו להגן על הנהג החדש ועל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תחושת ביטחון מוגזמת גורמת לקיצורי דרך מסוכנים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הבטיחות קודמת - יש לחפש דרך חזרה אחרת ולא לנסוע עם נהג שתוי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מצב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(להסביר שהמעבר בטוח יותר ולהציע ללכת אליו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(לחפש דרך חזרה אחרת ולא לעלות לרכב)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(לקרוא לו בשקט ולא לרדוף אחריו לכביש)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(להסביר בביטחון שהקסדה מגנה ושומרת)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(לעצור במקום בטוח לפני שבודקים את הטלפון)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להגיע למעבר חצייה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ולהביט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שכל הרכבים עצרו או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בהליכה, לא בריצה, תוך המשך הסתכלות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להגיע לצד השני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שהפתרון בטוח, מנומק, ולוקח בחשבון את הרגשות של החברים; מצופה התייחסות למושג מהדף כגון לחץ חברתי או הסחת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תכנית הגיונית הכוללת אמצעי תחבורה חלופי, איש קשר למקרה חירום והסכמה מראש שלא נוהגים אחרי שתייה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סירוב מנומק והצעה למעבר חצייה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הרגשת ביטחון מוגזמת שמובילה להתעלמות מסיכונים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והבטה לכל הכיוונים לפני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ולדון בדילמות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תשובות מגוונות בחלקים הפתוחים -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כל שאלה לדוגמה מהחיים האמיתיים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מצבים בדרך. צריך לחשוב מה הכי בטוח לעשות בכל מצב.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בכביש שבו הולכי רגל חוצים בבטיחות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כיסוי ראש שמגן על הרוכב בתאונה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ביטחון־יתר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שאתה כבר מומחה ולכן לוקח סיכונים מיותרים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תקופת ליווי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בתחילת הנהיגה שבו חייב לנסוע עם מלווה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לעשות דבר מסוכן כי חברים מעודדים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שמפריע לשים לב לדרך, כמו טלפון או מוזיקה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מוסח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שתשומת ליבו לא נמצאת על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בטיחה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הדרוש בין רכבים כדי לעצור בבטחה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הכדור בכביש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ממבוגר לעזור או לחכות שהכביש יתפנה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לחברים שיעזרו לרדוף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האוטובוס נוסע - מה הכי 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ולחצות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לצעוק לנהג שיחכה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לרוץ ולחכות לאוטובוס הבא או לחצות בבטחה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 מעל המעקה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לא חוצים חופשי?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אסור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נהגים לא תמיד מצפים להולכי רגל שם וזה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לא מכובד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החגורה תקועה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מהמבוגר עזרה לתקן או לשבת במקום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על המושב ולשתוק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לרדת מהרכב באמצע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לנהגים לראות אתכם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חזק מהטלפון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בהירים או מחזירי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הליכה מהירה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אוזניות ליד מעבר חצייה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מגבירים את העוצמה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את העוצמה או מסירים כדי לשמוע את הסביבה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 אוזניה אחת בלבד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בלי קסדה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רוכבים בכל זאת כי זה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לקחת קסדה או דוחים את הרכיבה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מבקשים מחבר שיחבוש בשבילכם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רוכבים לאט בלי קסדה כי זה בטוח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רמזור אדום בלי מכוניות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לחצות כי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לירוק כי זה מלמד הרגל בטוח גם כשקשה לראות 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עובר אורח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לטרמפ על קורקינט חשמלי עם חבר אם זה רק מרחק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טלפון באמצע חצייה אם ההודעה חשובה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להעיר בכבוד לנהג מבוגר שכותב הודעה ברמזור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הליווי מותר לנהג חדש לקחת טרמפיסטים בלי מלווה כי זה מצב חירום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יתר אחרי זמן קצר של נהיגה טובה יכול להוביל לסיכונים מיותרים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שהסיע אתכם שתה אלכוהול, עדיף לנסוע איתו כדי לא לפגוע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כשחוצים כביש יש לחפש תמיד __________ מסומן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רכיבה על אופניים או קורקינט דורשת חבישת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בלילה או בגשם כדאי ללבוש בגדים בהירים כדי שנהגים __________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לנהג להיות __________ כשהוא מביט בטלפון בזמן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בתקופת __________ נהג חדש חייב לנסוע עם מבוגר לידו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כשיש פקק צריך לשמור על __________ בטיחה בין הרכבים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מצב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מציע לחצות לא במעבר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לחפש דרך חזרה אחרת ולא לעלות לרכב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נהג שותה אלכוהול לפני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להסביר בביטחון שהקסדה מגנה ושומרת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כלב משתחרר מהרצועה ליד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במקום בטוח לפני שבודקים את הטלפון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חברים צוחקים על מי שחובש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להסביר שהמעבר בטוח יותר ולהציע ללכת אליו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ניווט בטלפון נתקע באמצע כביש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לקרוא לו בשקט ולא לרדוף אחריו לכביש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נכון: 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בהליכה, לא בריצה, תוך המשך הסתכלות לצדדים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שכל הרכבים עצרו או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לצד השני בבטחה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ולהביט לכל הכיוונים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למעבר חצייה מסומן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בדף (למשל: אוזניות ברכיבה, או לחץ חברתי לחצות בפקק) וכתבו כיצד הייתם מתמודדים עם המצב, כולל מה הייתם אומרים לחברים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תוכנית קצרה לחזרה בטוחה מערב בעיר אחרת עם חברים - למי מתקשרים, מה הכללים אם מישהו שתה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חוצים כביש וחבר מציע קיצור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ביטחון יתר ולמה הוא מסוכן לנהגים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שלב ראשון חשוב לפני כל חצייה בכביש?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דילמות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