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דילמות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 סיכון בדרכים ולהציע פתרונות בטוחים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תחת לחץ חברתי בנושא זהירות בדרכים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מושגי יסוד בבטיחות הולכי רגל, רוכבים ונוסעים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לבקש ממבוגר לעזור או לחכות שהכביש יתפנה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לא לרוץ ולחכות לאוטובוס הבא או לחצות בבטחה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נהגים לא תמיד מצפים להולכי רגל שם וזה מסוכן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לא בטוח ולרוב אסור על פי חוק - קורקינט מיועד לרוכב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לחצות בריכוז מלא ולבדוק טלפון רק אחרי שמגיעים לצד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בטיחות חשובה יותר מנימוס, אפשר להעיר בעדינות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מעבר חצייה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יראו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מצב ופתרון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(להסביר שהמעבר בטוח יותר ולהציע ללכת אליו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(לחפש דרך חזרה אחרת ולא לעלות לרכב)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(לקרוא לו בשקט ולא לרדוף אחריו לכביש)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(להסביר בביטחון שהקסדה מגנה ושומרת)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נכון: חצייה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להגיע למעבר חצייה מסומן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לעצור ולהביט לכל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שכל הרכבים עצרו או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בהליכה, לא בריצה, תוך המשך הסתכלות לצדדים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לבדוק שהפתרון בטוח, מנומק, ולוקח בחשבון את הרגשות של החברים; מצופה התייחסות למושג מהדף כגון לחץ חברתי או הסחת דעת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סירוב מנומק והצעה למעבר חצייה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הרגשת ביטחון מוגזמת שמובילה להתעלמות מסיכונים אמיתיים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עצירה והבטה לכל הכיוונים לפני 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 ולדון בדילמות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לעודד תשובות מגוונות בחלקים הפתוחים - 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כל שאלה לדוגמה מהחיים האמיתיים של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דילמות בדרך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דילמות אמיתיות שיכולות לקרות בדרך - בהולכי רגל, ברכיבה וברכב. אין תשובה אחת נכונה, אלא החלטות מושכלות עם נימוקים.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קסדה  ·  מעבר חצייה  ·  יראו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הכדור התגלגל לכביש - מה הכי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לרוץ מהר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לבקש ממבוגר לעזור או לחכות שהכביש יתפנה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לקרוא לחברים שיעזרו לרדוף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הדבר הבטוח ביותר כשהאוטובוס עומד לנסוע בצד השני של הכביש?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לרוץ ולחצות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לצעוק לנהג שיחכה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 לרוץ ולחכות לאוטובוס הבא או לחצות בבטחה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למה לא כדאי לחצות שלא במעבר חצייה גם אם זה קצר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זה אסור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נהגים לא תמיד מצפים להולכי רגל שם וזה מסוכן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זה לא מכובד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לטרמפ על קורקינט חשמלי עם חבר אם זה רק מרחק 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לבדוק טלפון באמצע חצייה אם ההודעה חשובה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להעיר בכבוד לנהג מבוגר שכותב הודעה ברמזור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כשחוצים כביש יש לחפש תמיד __________ מסומן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רכיבה על אופניים או קורקינט דורשת חבישת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בלילה או בגשם כדאי ללבוש בגדים בהירים כדי שנהגים __________ אתכם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התאמה: מצב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 מציע לחצות לא במעבר חצייה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לחפש דרך חזרה אחרת ולא לעלות לרכב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נהג שותה אלכוהול לפני נסיעה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לקרוא לו בשקט ולא לרדוף אחריו לכביש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כלב משתחרר מהרצועה ליד הכביש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להסביר בביטחון שהקסדה מגנה ושומרת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חברים צוחקים על מי שחובש קסדה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להסביר שהמעבר בטוח יותר ולהציע ללכת אליו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נכון: חצייה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לחצות בהליכה, לא בריצה, תוך המשך הסתכלות לצדדים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לוודא שכל הרכבים עצרו או שאין רכבים מתקרבים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לעצור ולהביט לכל הכיוונים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להגיע למעבר חצייה מסומן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מהדילמות בדף (למשל: אוזניות ברכיבה, או לחץ חברתי לחצות בפקק) וכתבו כיצד הייתם מתמודדים עם המצב, כולל מה הייתם אומרים לחברים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אם חוצים כביש וחבר מציע קיצור מסוכן?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ביטחון יתר ולמה הוא מסוכן לנהגים חדשים?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דילמות בדרך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